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משפחה ולכל ילד יש מורשת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איך עורכים ראיון ואיך בונים כרטיס 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שונות לשמר ולהציג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כפית כסף קטנה ומעוקמת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מהשכנה המבוגרת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תערובת ממתכונים של שתי אמהות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שבעה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מפה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ספר/י לי על...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משפחה ולכל ילד יש מורשת אישית משלהם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- כל אדם מבוגר שחשוב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רושמים גם ממה עשוי, ממי הגיע, מתי ומה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מציין שמתכון הוא גם חפץ-סיפור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משפחות הגיעו מארצות רבות ושונות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אפשר לבחור מורשת קהילה, עם, או לחשוב על העתיד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(שיחה שבה שואלים אדם שאלות ולומדים ממנו)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(דף שמספר מה, ממי, מתי ולמה)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(הצגה של חפצים כדי שאחרים יראו)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(דרך ארוכה ממקום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(מי שמסביר למבקרים ומוביל אותם)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מתכוננים מראש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בסבלנות ורושמים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מודים למרואיין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שיש שם חפץ, מקור ברור וסיפור קצר. לקבל גם תשובות על מורשת קהילתית אם אין חפץ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לבדוק הבנה שאפשר לראיין שכן, מאמן או חבר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חפץ: דף שמתאר שם חפץ, ממה עשוי, ממי הגיע ומה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פתוחה: 'ספר לי על...' או 'איך היה כש...'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 לשכוח מאיפה הגענו ומה חשוב למשפחה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להכין מראש כרטיסי חפץ ריקים לתלמידים למילוי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שאין להם חפץ משפחתי לחשוב על מורשת קהילתית או עתידית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פעילות מעשית של ראיון בין תלמידים בזוגות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נתרגל: לכל ילד יש סיפור משפחה. נלמד על ראיון, חפץ וכרטיס חפץ.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אדם שאלות ולומדים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מרואיין/ת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שעונה על השאלות בראיון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חפץ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שמספר על חפץ: מה, ממי, מתי ולמה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ארוכה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תצוגה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 של חפצים כדי שאחרים יראו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שיר ערש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שמרדים בו תינוקות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מורה דרך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שמסביר למבקרים ומוביל אותם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מקסים הביא?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כפית כסף קטנה ומעוקמת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את מי תמר ראיינה?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מאחותה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מהשכנה המבוגרת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מיוחד במתכון של נועם?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מתכון עתיק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תערובת ממתכונים של שתי אמהות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מתכון שהמציא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מתכון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דורות משפחת אריאל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המורה שמה על הקיר?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תמונות של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 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מתכונים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שאלה טובה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 או 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ספר/י לי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נולדת?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 אתה גר?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שייכת רק לעם שלם, לא למשפחה בודדת.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לראיין גם שכן או מאמן, לא רק בן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חפץ רושמים רק את שם החפץ ותו 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מתכון יכול להיחשב חפץ שמספר 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בישראל הגיעו מאותו מקום בעולם.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שלא מכיר את כל סיפור משפחתו לא יכול להשתתף בפעילות המורשת.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בראיון טוב שואלים שאלות __________ כמו 'ספר לי על...'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דף שמספר על חפץ נקרא כרטיס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שעונה על שאלות בראיון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כשכל ילד מביא סיפור אפשר להקים מוזיאון מורשת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שיר שמרדים בו תינוקות נקרא שיר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 שמסביר למבקרים ומוביל אותם נקרא מורה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דף שמספר מה, ממי, מתי ולמה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דרך ארוכה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תצוגה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שיחה שבה שואלים אדם שאלות ולומדים ממנו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שמסביר למבקרים ומוביל אותם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מורה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הצגה של חפצים כדי שאחרים יראו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בסבלנות ורושמים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מתכוננים מראש לראיון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מודים למרואיין בסוף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שאלות פתוחות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חישבו על חפץ, מתכון או מילה מיוחדת מהמשפחה שלכם. כתבו כרטיס חפץ קצר: מה החפץ, ממי הגיע ומה הסיפור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צריכים לראיין אדם מבוגר בקהילה שלכם (לא בן משפחה), את מי הייתם בוחרים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כרטיס חפץ ומה רושמים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לשאלה פתוחה טובה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לשמר סיפורי מורשת אישיים?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המורשת שלי – חפץ מספר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